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Exam Questionnaire Template</w:t>
      </w:r>
    </w:p>
    <w:p>
      <w:r>
        <w:rPr>
          <w:i/>
          <w:color w:val="667085"/>
        </w:rPr>
        <w:t>// Lines starting with // are ignored. Delete these notes or keep them, either way works.</w:t>
      </w:r>
    </w:p>
    <w:p>
      <w:r>
        <w:rPr>
          <w:i/>
          <w:color w:val="667085"/>
        </w:rPr>
        <w:t>// Each question ends with an 'Answer:' line. 'Points:' is optional (default 1).</w:t>
      </w:r>
    </w:p>
    <w:p>
      <w:r>
        <w:rPr>
          <w:i/>
          <w:color w:val="667085"/>
        </w:rPr>
        <w:t>// Multiple choice: Answer: B   |   True/False: Answer: True or False</w:t>
      </w:r>
    </w:p>
    <w:p>
      <w:r>
        <w:rPr>
          <w:i/>
          <w:color w:val="667085"/>
        </w:rPr>
        <w:t>// Short answer: Answer: SHORT = accepted answer | another accepted answer   (or just Answer: SHORT for manual marking)</w:t>
      </w:r>
    </w:p>
    <w:p>
      <w:r>
        <w:rPr>
          <w:i/>
          <w:color w:val="667085"/>
        </w:rPr>
        <w:t>// Essay: Answer: ESSAY (marked manually by the admin)</w:t>
      </w:r>
    </w:p>
    <w:p>
      <w:r>
        <w:rPr>
          <w:i/>
          <w:color w:val="667085"/>
        </w:rPr>
        <w:t>// Images: paste an image under the question text, or on a choice line.</w:t>
      </w:r>
    </w:p>
    <w:p>
      <w:r>
        <w:t>1. What is the capital city of France?</w:t>
      </w:r>
    </w:p>
    <w:p>
      <w:r>
        <w:t>A. London</w:t>
      </w:r>
    </w:p>
    <w:p>
      <w:r>
        <w:t>B. Paris</w:t>
      </w:r>
    </w:p>
    <w:p>
      <w:r>
        <w:t>C. Rome</w:t>
      </w:r>
    </w:p>
    <w:p>
      <w:r>
        <w:t>D. Madrid</w:t>
      </w:r>
    </w:p>
    <w:p>
      <w:r>
        <w:t>Answer: B</w:t>
      </w:r>
    </w:p>
    <w:p>
      <w:r>
        <w:t>Points: 1</w:t>
      </w:r>
    </w:p>
    <w:p/>
    <w:p>
      <w:r>
        <w:t>2. Water boils at 100 °C at sea level.</w:t>
      </w:r>
    </w:p>
    <w:p>
      <w:r>
        <w:t>Answer: True</w:t>
      </w:r>
    </w:p>
    <w:p/>
    <w:p>
      <w:r>
        <w:t>3. What shape is shown in the picture below?</w:t>
      </w:r>
    </w:p>
    <w:p>
      <w:r>
        <w:drawing>
          <wp:inline xmlns:a="http://schemas.openxmlformats.org/drawingml/2006/main" xmlns:pic="http://schemas.openxmlformats.org/drawingml/2006/picture">
            <wp:extent cx="2286000" cy="14287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ang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A. Square</w:t>
      </w:r>
    </w:p>
    <w:p>
      <w:r>
        <w:t>B. Circle</w:t>
      </w:r>
    </w:p>
    <w:p>
      <w:r>
        <w:t>C. Triangle</w:t>
      </w:r>
    </w:p>
    <w:p>
      <w:r>
        <w:t>Answer: C</w:t>
      </w:r>
    </w:p>
    <w:p>
      <w:r>
        <w:t>Points: 2</w:t>
      </w:r>
    </w:p>
    <w:p/>
    <w:p>
      <w:r>
        <w:t>4. What gas do plants absorb from the air?</w:t>
      </w:r>
    </w:p>
    <w:p>
      <w:r>
        <w:t>Answer: SHORT = carbon dioxide | CO2</w:t>
      </w:r>
    </w:p>
    <w:p/>
    <w:p>
      <w:r>
        <w:t>5. Describe the steps you would take during a fire evacuation.</w:t>
      </w:r>
    </w:p>
    <w:p>
      <w:r>
        <w:t>Answer: ESSAY</w:t>
      </w:r>
    </w:p>
    <w:p>
      <w:r>
        <w:t>Points: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